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4900B" w14:textId="61A49A63" w:rsidR="006F54AE" w:rsidRPr="009C29B4" w:rsidRDefault="008F28AA">
      <w:pPr>
        <w:rPr>
          <w:rFonts w:ascii="Gill Sans Nova" w:hAnsi="Gill Sans Nova"/>
        </w:rPr>
      </w:pPr>
      <w:r w:rsidRPr="009C29B4">
        <w:rPr>
          <w:rFonts w:ascii="Gill Sans Nova" w:hAnsi="Gill Sans Nova"/>
          <w:b/>
          <w:sz w:val="32"/>
        </w:rPr>
        <w:t xml:space="preserve">Initial </w:t>
      </w:r>
      <w:r w:rsidR="00000000" w:rsidRPr="009C29B4">
        <w:rPr>
          <w:rFonts w:ascii="Gill Sans Nova" w:hAnsi="Gill Sans Nova"/>
          <w:b/>
          <w:sz w:val="32"/>
        </w:rPr>
        <w:t xml:space="preserve">Grant Strategy </w:t>
      </w:r>
      <w:r w:rsidRPr="009C29B4">
        <w:rPr>
          <w:rFonts w:ascii="Gill Sans Nova" w:hAnsi="Gill Sans Nova"/>
          <w:b/>
          <w:sz w:val="32"/>
        </w:rPr>
        <w:t>Discussion</w:t>
      </w:r>
      <w:r w:rsidR="005B773E">
        <w:rPr>
          <w:rFonts w:ascii="Gill Sans Nova" w:hAnsi="Gill Sans Nova"/>
          <w:b/>
          <w:sz w:val="32"/>
        </w:rPr>
        <w:t xml:space="preserve"> Resource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5196"/>
        <w:gridCol w:w="7750"/>
      </w:tblGrid>
      <w:tr w:rsidR="00D33E82" w:rsidRPr="009C29B4" w14:paraId="42681374" w14:textId="77777777" w:rsidTr="00A7791C">
        <w:tc>
          <w:tcPr>
            <w:tcW w:w="6866" w:type="dxa"/>
            <w:gridSpan w:val="2"/>
          </w:tcPr>
          <w:p w14:paraId="0E36DDDA" w14:textId="503E0BE5" w:rsidR="00D33E82" w:rsidRPr="009C29B4" w:rsidRDefault="00D33E82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b/>
                <w:sz w:val="24"/>
                <w:szCs w:val="24"/>
              </w:rPr>
              <w:t>Questions</w:t>
            </w:r>
          </w:p>
        </w:tc>
        <w:tc>
          <w:tcPr>
            <w:tcW w:w="7750" w:type="dxa"/>
          </w:tcPr>
          <w:p w14:paraId="69E99E3A" w14:textId="2F7425B4" w:rsidR="00D33E82" w:rsidRPr="009C29B4" w:rsidRDefault="00D33E82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b/>
                <w:sz w:val="24"/>
                <w:szCs w:val="24"/>
              </w:rPr>
              <w:t>Notes &amp; Answers</w:t>
            </w:r>
          </w:p>
        </w:tc>
      </w:tr>
      <w:tr w:rsidR="00D33E82" w:rsidRPr="009C29B4" w14:paraId="42E265A0" w14:textId="77777777" w:rsidTr="00A7791C">
        <w:trPr>
          <w:trHeight w:val="1224"/>
        </w:trPr>
        <w:tc>
          <w:tcPr>
            <w:tcW w:w="1670" w:type="dxa"/>
            <w:vMerge w:val="restart"/>
            <w:vAlign w:val="center"/>
          </w:tcPr>
          <w:p w14:paraId="3E9399C1" w14:textId="795BC02B" w:rsidR="00D33E82" w:rsidRPr="009C29B4" w:rsidRDefault="00D33E82" w:rsidP="00D33E82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Approach</w:t>
            </w:r>
          </w:p>
        </w:tc>
        <w:tc>
          <w:tcPr>
            <w:tcW w:w="5196" w:type="dxa"/>
            <w:vAlign w:val="center"/>
          </w:tcPr>
          <w:p w14:paraId="2DBF10B3" w14:textId="57DB7218" w:rsidR="00D33E82" w:rsidRPr="009C29B4" w:rsidRDefault="00D33E82" w:rsidP="008D5EF7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What is the purpose of the grant and what are the expected outcomes?</w:t>
            </w:r>
          </w:p>
        </w:tc>
        <w:tc>
          <w:tcPr>
            <w:tcW w:w="7750" w:type="dxa"/>
          </w:tcPr>
          <w:p w14:paraId="15F0686A" w14:textId="77777777" w:rsidR="00D33E82" w:rsidRPr="009C29B4" w:rsidRDefault="00D33E82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D33E82" w:rsidRPr="009C29B4" w14:paraId="1521E636" w14:textId="77777777" w:rsidTr="00A7791C">
        <w:trPr>
          <w:trHeight w:val="1224"/>
        </w:trPr>
        <w:tc>
          <w:tcPr>
            <w:tcW w:w="1670" w:type="dxa"/>
            <w:vMerge/>
          </w:tcPr>
          <w:p w14:paraId="274A79ED" w14:textId="77777777" w:rsidR="00D33E82" w:rsidRPr="009C29B4" w:rsidRDefault="00D33E82" w:rsidP="00381C12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  <w:vAlign w:val="center"/>
          </w:tcPr>
          <w:p w14:paraId="711E50B4" w14:textId="77777777" w:rsidR="008568BD" w:rsidRPr="009C29B4" w:rsidRDefault="008568BD" w:rsidP="008D5EF7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br/>
              <w:t>Is this a grant to develop a new workforce development program? Or focused on enhancing/expanding an existing one?</w:t>
            </w:r>
          </w:p>
          <w:p w14:paraId="02619108" w14:textId="21FD3313" w:rsidR="00D33E82" w:rsidRPr="009C29B4" w:rsidRDefault="00D33E82" w:rsidP="008D5EF7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7750" w:type="dxa"/>
          </w:tcPr>
          <w:p w14:paraId="74059494" w14:textId="77777777" w:rsidR="00D33E82" w:rsidRPr="009C29B4" w:rsidRDefault="00D33E82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A52349" w:rsidRPr="009C29B4" w14:paraId="0D96BBA5" w14:textId="77777777" w:rsidTr="00A7791C">
        <w:trPr>
          <w:trHeight w:val="1224"/>
        </w:trPr>
        <w:tc>
          <w:tcPr>
            <w:tcW w:w="1670" w:type="dxa"/>
            <w:vMerge/>
          </w:tcPr>
          <w:p w14:paraId="3093FAB1" w14:textId="77777777" w:rsidR="00A52349" w:rsidRPr="009C29B4" w:rsidRDefault="00A52349" w:rsidP="00381C12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  <w:vAlign w:val="center"/>
          </w:tcPr>
          <w:p w14:paraId="3805348A" w14:textId="4B679667" w:rsidR="00A52349" w:rsidRPr="009C29B4" w:rsidRDefault="00A52349" w:rsidP="008D5EF7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How do we fit into the bigger picture?</w:t>
            </w:r>
          </w:p>
        </w:tc>
        <w:tc>
          <w:tcPr>
            <w:tcW w:w="7750" w:type="dxa"/>
          </w:tcPr>
          <w:p w14:paraId="3ABD5C9D" w14:textId="77777777" w:rsidR="00A52349" w:rsidRPr="009C29B4" w:rsidRDefault="00A52349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D33E82" w:rsidRPr="009C29B4" w14:paraId="7B32EBEE" w14:textId="77777777" w:rsidTr="00A7791C">
        <w:trPr>
          <w:trHeight w:val="1224"/>
        </w:trPr>
        <w:tc>
          <w:tcPr>
            <w:tcW w:w="1670" w:type="dxa"/>
            <w:vMerge/>
          </w:tcPr>
          <w:p w14:paraId="0FDE6475" w14:textId="77777777" w:rsidR="00D33E82" w:rsidRPr="009C29B4" w:rsidRDefault="00D33E82" w:rsidP="00381C12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  <w:vAlign w:val="center"/>
          </w:tcPr>
          <w:p w14:paraId="50895426" w14:textId="3C833187" w:rsidR="00D33E82" w:rsidRPr="009C29B4" w:rsidRDefault="008568BD" w:rsidP="008D5EF7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Wh</w:t>
            </w:r>
            <w:r w:rsidRPr="009C29B4">
              <w:rPr>
                <w:rFonts w:ascii="Gill Sans Nova" w:hAnsi="Gill Sans Nova"/>
                <w:sz w:val="24"/>
                <w:szCs w:val="24"/>
              </w:rPr>
              <w:t>at proposed occupations are you prioritizing?</w:t>
            </w:r>
          </w:p>
        </w:tc>
        <w:tc>
          <w:tcPr>
            <w:tcW w:w="7750" w:type="dxa"/>
          </w:tcPr>
          <w:p w14:paraId="3F6E07ED" w14:textId="77777777" w:rsidR="00D33E82" w:rsidRPr="009C29B4" w:rsidRDefault="00D33E82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D33E82" w:rsidRPr="009C29B4" w14:paraId="45E99037" w14:textId="77777777" w:rsidTr="00A7791C">
        <w:trPr>
          <w:trHeight w:val="1224"/>
        </w:trPr>
        <w:tc>
          <w:tcPr>
            <w:tcW w:w="1670" w:type="dxa"/>
            <w:vMerge/>
          </w:tcPr>
          <w:p w14:paraId="135C5283" w14:textId="77777777" w:rsidR="00D33E82" w:rsidRPr="009C29B4" w:rsidRDefault="00D33E82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  <w:vAlign w:val="center"/>
          </w:tcPr>
          <w:p w14:paraId="6B920BAF" w14:textId="03BB88EB" w:rsidR="00D33E82" w:rsidRPr="009C29B4" w:rsidRDefault="008568BD" w:rsidP="008D5EF7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What are the pros and cons of utilizing an existing opportunity versus starting a new one?</w:t>
            </w:r>
          </w:p>
        </w:tc>
        <w:tc>
          <w:tcPr>
            <w:tcW w:w="7750" w:type="dxa"/>
          </w:tcPr>
          <w:p w14:paraId="5CD72D16" w14:textId="77777777" w:rsidR="00D33E82" w:rsidRPr="009C29B4" w:rsidRDefault="00D33E82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20627A" w:rsidRPr="009C29B4" w14:paraId="218ACCCE" w14:textId="77777777" w:rsidTr="00A7791C">
        <w:trPr>
          <w:trHeight w:val="1948"/>
        </w:trPr>
        <w:tc>
          <w:tcPr>
            <w:tcW w:w="1670" w:type="dxa"/>
            <w:vMerge w:val="restart"/>
            <w:vAlign w:val="center"/>
          </w:tcPr>
          <w:p w14:paraId="5E4D1DD7" w14:textId="77777777" w:rsidR="0020627A" w:rsidRPr="009C29B4" w:rsidRDefault="0020627A" w:rsidP="0020627A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</w:p>
          <w:p w14:paraId="46C061F4" w14:textId="77777777" w:rsidR="0020627A" w:rsidRPr="009C29B4" w:rsidRDefault="0020627A" w:rsidP="0020627A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</w:p>
          <w:p w14:paraId="7DED5C48" w14:textId="77777777" w:rsidR="0020627A" w:rsidRPr="009C29B4" w:rsidRDefault="0020627A" w:rsidP="00B974D0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169B737C" w14:textId="77777777" w:rsidR="00CA45E5" w:rsidRPr="009C29B4" w:rsidRDefault="00CA45E5" w:rsidP="0020627A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</w:p>
          <w:p w14:paraId="6ADA7C95" w14:textId="77777777" w:rsidR="00CA45E5" w:rsidRPr="009C29B4" w:rsidRDefault="00CA45E5" w:rsidP="0020627A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</w:p>
          <w:p w14:paraId="6A9E6425" w14:textId="77777777" w:rsidR="00CA45E5" w:rsidRPr="009C29B4" w:rsidRDefault="00CA45E5" w:rsidP="0020627A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</w:p>
          <w:p w14:paraId="734A3365" w14:textId="77777777" w:rsidR="00CA45E5" w:rsidRPr="009C29B4" w:rsidRDefault="00CA45E5" w:rsidP="0020627A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</w:p>
          <w:p w14:paraId="7B25EA51" w14:textId="77777777" w:rsidR="00CA45E5" w:rsidRPr="009C29B4" w:rsidRDefault="00CA45E5" w:rsidP="0020627A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</w:p>
          <w:p w14:paraId="732A8CC2" w14:textId="77777777" w:rsidR="00CA45E5" w:rsidRPr="009C29B4" w:rsidRDefault="00CA45E5" w:rsidP="0020627A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</w:p>
          <w:p w14:paraId="7E2505E4" w14:textId="77777777" w:rsidR="00CA45E5" w:rsidRPr="009C29B4" w:rsidRDefault="00CA45E5" w:rsidP="0020627A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</w:p>
          <w:p w14:paraId="15603BB9" w14:textId="77777777" w:rsidR="00CA45E5" w:rsidRPr="009C29B4" w:rsidRDefault="00CA45E5" w:rsidP="0020627A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</w:p>
          <w:p w14:paraId="34CB0EB6" w14:textId="6D5FF5A9" w:rsidR="0020627A" w:rsidRPr="009C29B4" w:rsidRDefault="0020627A" w:rsidP="0020627A">
            <w:pPr>
              <w:jc w:val="center"/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 xml:space="preserve">Stakeholders </w:t>
            </w:r>
            <w:r w:rsidRPr="009C29B4">
              <w:rPr>
                <w:rFonts w:ascii="Gill Sans Nova" w:hAnsi="Gill Sans Nova"/>
                <w:sz w:val="24"/>
                <w:szCs w:val="24"/>
              </w:rPr>
              <w:t>&amp;</w:t>
            </w:r>
            <w:r w:rsidRPr="009C29B4">
              <w:rPr>
                <w:rFonts w:ascii="Gill Sans Nova" w:hAnsi="Gill Sans Nova"/>
                <w:sz w:val="24"/>
                <w:szCs w:val="24"/>
              </w:rPr>
              <w:t xml:space="preserve"> Roles</w:t>
            </w:r>
          </w:p>
        </w:tc>
        <w:tc>
          <w:tcPr>
            <w:tcW w:w="5196" w:type="dxa"/>
            <w:vAlign w:val="center"/>
          </w:tcPr>
          <w:p w14:paraId="2C4E650C" w14:textId="5FFE3B30" w:rsidR="0020627A" w:rsidRPr="009C29B4" w:rsidRDefault="0020627A" w:rsidP="00495FD7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lastRenderedPageBreak/>
              <w:br/>
              <w:t>What role will [lead applicant] play?</w:t>
            </w:r>
          </w:p>
        </w:tc>
        <w:tc>
          <w:tcPr>
            <w:tcW w:w="7750" w:type="dxa"/>
          </w:tcPr>
          <w:p w14:paraId="568759BF" w14:textId="77777777" w:rsidR="0020627A" w:rsidRPr="009C29B4" w:rsidRDefault="0020627A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20627A" w:rsidRPr="009C29B4" w14:paraId="448A3EE1" w14:textId="77777777" w:rsidTr="00A7791C">
        <w:trPr>
          <w:trHeight w:val="1948"/>
        </w:trPr>
        <w:tc>
          <w:tcPr>
            <w:tcW w:w="1670" w:type="dxa"/>
            <w:vMerge/>
          </w:tcPr>
          <w:p w14:paraId="50A4DFF3" w14:textId="77777777" w:rsidR="0020627A" w:rsidRPr="009C29B4" w:rsidRDefault="0020627A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  <w:vAlign w:val="center"/>
          </w:tcPr>
          <w:p w14:paraId="60305ECB" w14:textId="028FC17B" w:rsidR="0020627A" w:rsidRPr="009C29B4" w:rsidRDefault="0020627A" w:rsidP="007377E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What specific role is expected of us as a sub-grantee</w:t>
            </w:r>
            <w:r w:rsidR="00495FD7" w:rsidRPr="009C29B4">
              <w:rPr>
                <w:rFonts w:ascii="Gill Sans Nova" w:hAnsi="Gill Sans Nova"/>
                <w:sz w:val="24"/>
                <w:szCs w:val="24"/>
              </w:rPr>
              <w:t>?</w:t>
            </w:r>
          </w:p>
        </w:tc>
        <w:tc>
          <w:tcPr>
            <w:tcW w:w="7750" w:type="dxa"/>
          </w:tcPr>
          <w:p w14:paraId="3AB172B4" w14:textId="77777777" w:rsidR="0020627A" w:rsidRPr="009C29B4" w:rsidRDefault="0020627A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20627A" w:rsidRPr="009C29B4" w14:paraId="62249EE1" w14:textId="77777777" w:rsidTr="00A7791C">
        <w:trPr>
          <w:trHeight w:val="1948"/>
        </w:trPr>
        <w:tc>
          <w:tcPr>
            <w:tcW w:w="1670" w:type="dxa"/>
            <w:vMerge/>
          </w:tcPr>
          <w:p w14:paraId="6EB6AEB1" w14:textId="77777777" w:rsidR="0020627A" w:rsidRPr="009C29B4" w:rsidRDefault="0020627A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  <w:vAlign w:val="center"/>
          </w:tcPr>
          <w:p w14:paraId="4CD3C38E" w14:textId="77777777" w:rsidR="0020627A" w:rsidRPr="009C29B4" w:rsidRDefault="0020627A" w:rsidP="007377E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br/>
              <w:t>Who are the other sub-grantees and key partners involved in implementation? What role(s) are they expected to play?</w:t>
            </w:r>
            <w:r w:rsidRPr="009C29B4">
              <w:rPr>
                <w:rFonts w:ascii="Gill Sans Nova" w:hAnsi="Gill Sans Nova"/>
                <w:sz w:val="24"/>
                <w:szCs w:val="24"/>
              </w:rPr>
              <w:br/>
            </w:r>
            <w:r w:rsidRPr="009C29B4">
              <w:rPr>
                <w:rFonts w:ascii="Gill Sans Nova" w:hAnsi="Gill Sans Nova"/>
                <w:sz w:val="24"/>
                <w:szCs w:val="24"/>
              </w:rPr>
              <w:br/>
              <w:t>a. Employers:</w:t>
            </w:r>
          </w:p>
          <w:p w14:paraId="64DFBB33" w14:textId="2AE08154" w:rsidR="0020627A" w:rsidRPr="009C29B4" w:rsidRDefault="0020627A" w:rsidP="007377E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br/>
            </w:r>
          </w:p>
        </w:tc>
        <w:tc>
          <w:tcPr>
            <w:tcW w:w="7750" w:type="dxa"/>
          </w:tcPr>
          <w:p w14:paraId="761D6E7D" w14:textId="77777777" w:rsidR="0020627A" w:rsidRPr="009C29B4" w:rsidRDefault="0020627A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20627A" w:rsidRPr="009C29B4" w14:paraId="73514CFD" w14:textId="77777777" w:rsidTr="00A7791C">
        <w:trPr>
          <w:trHeight w:val="1948"/>
        </w:trPr>
        <w:tc>
          <w:tcPr>
            <w:tcW w:w="1670" w:type="dxa"/>
            <w:vMerge/>
          </w:tcPr>
          <w:p w14:paraId="119036BA" w14:textId="77777777" w:rsidR="0020627A" w:rsidRPr="009C29B4" w:rsidRDefault="0020627A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  <w:vAlign w:val="center"/>
          </w:tcPr>
          <w:p w14:paraId="64904054" w14:textId="0B66919B" w:rsidR="0020627A" w:rsidRPr="009C29B4" w:rsidRDefault="0020627A" w:rsidP="007377E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b. Education and Training Partners:</w:t>
            </w:r>
          </w:p>
        </w:tc>
        <w:tc>
          <w:tcPr>
            <w:tcW w:w="7750" w:type="dxa"/>
          </w:tcPr>
          <w:p w14:paraId="0D00D0A7" w14:textId="77777777" w:rsidR="0020627A" w:rsidRPr="009C29B4" w:rsidRDefault="0020627A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20627A" w:rsidRPr="009C29B4" w14:paraId="5DBEC308" w14:textId="77777777" w:rsidTr="00A7791C">
        <w:trPr>
          <w:trHeight w:val="2042"/>
        </w:trPr>
        <w:tc>
          <w:tcPr>
            <w:tcW w:w="1670" w:type="dxa"/>
            <w:vMerge/>
          </w:tcPr>
          <w:p w14:paraId="2BF8E2C9" w14:textId="77777777" w:rsidR="0020627A" w:rsidRPr="009C29B4" w:rsidRDefault="0020627A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  <w:vAlign w:val="center"/>
          </w:tcPr>
          <w:p w14:paraId="0620FA96" w14:textId="0E125B18" w:rsidR="0020627A" w:rsidRPr="009C29B4" w:rsidRDefault="0020627A" w:rsidP="007377E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c. Other (e.g. community and intermediary organizations)</w:t>
            </w:r>
          </w:p>
        </w:tc>
        <w:tc>
          <w:tcPr>
            <w:tcW w:w="7750" w:type="dxa"/>
          </w:tcPr>
          <w:p w14:paraId="3A39FD7F" w14:textId="77777777" w:rsidR="0020627A" w:rsidRPr="009C29B4" w:rsidRDefault="0020627A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77255F" w:rsidRPr="009C29B4" w14:paraId="61CE72DD" w14:textId="77777777" w:rsidTr="0077255F">
        <w:tc>
          <w:tcPr>
            <w:tcW w:w="1670" w:type="dxa"/>
            <w:vMerge w:val="restart"/>
            <w:vAlign w:val="center"/>
          </w:tcPr>
          <w:p w14:paraId="752EA92D" w14:textId="77777777" w:rsidR="00C64908" w:rsidRDefault="00C64908" w:rsidP="0077255F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6B84E2FC" w14:textId="77777777" w:rsidR="00C64908" w:rsidRDefault="00C64908" w:rsidP="0077255F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261B6A32" w14:textId="77777777" w:rsidR="00C64908" w:rsidRDefault="00C64908" w:rsidP="0077255F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337A5EDC" w14:textId="77777777" w:rsidR="00C64908" w:rsidRDefault="00C64908" w:rsidP="0077255F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282FD4FA" w14:textId="77777777" w:rsidR="00C64908" w:rsidRDefault="00C64908" w:rsidP="0077255F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140D8A7C" w14:textId="7895DC42" w:rsidR="0077255F" w:rsidRPr="009C29B4" w:rsidRDefault="0077255F" w:rsidP="0077255F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Administration</w:t>
            </w:r>
          </w:p>
        </w:tc>
        <w:tc>
          <w:tcPr>
            <w:tcW w:w="5196" w:type="dxa"/>
            <w:vAlign w:val="center"/>
          </w:tcPr>
          <w:p w14:paraId="4EE1C665" w14:textId="77777777" w:rsidR="00C64908" w:rsidRDefault="0077255F" w:rsidP="0077255F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br/>
            </w:r>
          </w:p>
          <w:p w14:paraId="2C15867F" w14:textId="79B92588" w:rsidR="0077255F" w:rsidRDefault="0077255F" w:rsidP="0077255F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How do you envision the program being overseen?</w:t>
            </w:r>
            <w:r w:rsidRPr="009C29B4">
              <w:rPr>
                <w:rFonts w:ascii="Gill Sans Nova" w:hAnsi="Gill Sans Nova"/>
                <w:sz w:val="24"/>
                <w:szCs w:val="24"/>
              </w:rPr>
              <w:br/>
            </w:r>
          </w:p>
          <w:p w14:paraId="31F0061D" w14:textId="50C6F48A" w:rsidR="00C64908" w:rsidRPr="009C29B4" w:rsidRDefault="00C64908" w:rsidP="0077255F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7750" w:type="dxa"/>
          </w:tcPr>
          <w:p w14:paraId="60276159" w14:textId="77777777" w:rsidR="0077255F" w:rsidRPr="009C29B4" w:rsidRDefault="0077255F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77255F" w:rsidRPr="009C29B4" w14:paraId="6F59605E" w14:textId="77777777" w:rsidTr="0077255F">
        <w:tc>
          <w:tcPr>
            <w:tcW w:w="1670" w:type="dxa"/>
            <w:vMerge/>
            <w:vAlign w:val="center"/>
          </w:tcPr>
          <w:p w14:paraId="2132AA81" w14:textId="77777777" w:rsidR="0077255F" w:rsidRPr="009C29B4" w:rsidRDefault="0077255F" w:rsidP="0077255F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  <w:vAlign w:val="center"/>
          </w:tcPr>
          <w:p w14:paraId="496A86C9" w14:textId="77777777" w:rsidR="00E1028C" w:rsidRDefault="00E1028C" w:rsidP="0077255F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2FC3C8D7" w14:textId="14D03E42" w:rsidR="0077255F" w:rsidRPr="009C29B4" w:rsidRDefault="0077255F" w:rsidP="0077255F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What is the reporting frequency?</w:t>
            </w:r>
          </w:p>
        </w:tc>
        <w:tc>
          <w:tcPr>
            <w:tcW w:w="7750" w:type="dxa"/>
          </w:tcPr>
          <w:p w14:paraId="04FCBFDE" w14:textId="77777777" w:rsidR="0077255F" w:rsidRPr="009C29B4" w:rsidRDefault="0077255F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77255F" w:rsidRPr="009C29B4" w14:paraId="4C457021" w14:textId="77777777" w:rsidTr="0077255F">
        <w:tc>
          <w:tcPr>
            <w:tcW w:w="1670" w:type="dxa"/>
            <w:vMerge/>
            <w:vAlign w:val="center"/>
          </w:tcPr>
          <w:p w14:paraId="3FEC77CD" w14:textId="77777777" w:rsidR="0077255F" w:rsidRPr="009C29B4" w:rsidRDefault="0077255F" w:rsidP="0077255F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  <w:vAlign w:val="center"/>
          </w:tcPr>
          <w:p w14:paraId="1EA6B209" w14:textId="77777777" w:rsidR="00E1028C" w:rsidRDefault="00E1028C" w:rsidP="0077255F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49EC2AD4" w14:textId="16C1AA15" w:rsidR="0077255F" w:rsidRDefault="0077255F" w:rsidP="0077255F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How often will stakeholders/partners meet?</w:t>
            </w:r>
          </w:p>
          <w:p w14:paraId="6DBCDCD2" w14:textId="2AD712EB" w:rsidR="0077255F" w:rsidRPr="009C29B4" w:rsidRDefault="0077255F" w:rsidP="0077255F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7750" w:type="dxa"/>
          </w:tcPr>
          <w:p w14:paraId="01704CF8" w14:textId="77777777" w:rsidR="0077255F" w:rsidRPr="009C29B4" w:rsidRDefault="0077255F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33195C" w:rsidRPr="009C29B4" w14:paraId="0A6B8CE0" w14:textId="77777777" w:rsidTr="0077255F">
        <w:tc>
          <w:tcPr>
            <w:tcW w:w="1670" w:type="dxa"/>
            <w:vAlign w:val="center"/>
          </w:tcPr>
          <w:p w14:paraId="310E7C2F" w14:textId="26B4DDD8" w:rsidR="0033195C" w:rsidRPr="009C29B4" w:rsidRDefault="00C3218E" w:rsidP="0077255F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Compliance</w:t>
            </w:r>
          </w:p>
        </w:tc>
        <w:tc>
          <w:tcPr>
            <w:tcW w:w="5196" w:type="dxa"/>
          </w:tcPr>
          <w:p w14:paraId="2C310C5F" w14:textId="77777777" w:rsidR="0033195C" w:rsidRDefault="0033195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br/>
              <w:t>Is there any compliance requirements or regulations we should be aware of?</w:t>
            </w:r>
            <w:r w:rsidRPr="009C29B4">
              <w:rPr>
                <w:rFonts w:ascii="Gill Sans Nova" w:hAnsi="Gill Sans Nova"/>
                <w:sz w:val="24"/>
                <w:szCs w:val="24"/>
              </w:rPr>
              <w:br/>
              <w:t>• If yes, can you share more information?</w:t>
            </w:r>
          </w:p>
          <w:p w14:paraId="54D600E7" w14:textId="77777777" w:rsidR="0077255F" w:rsidRDefault="0077255F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481978D4" w14:textId="2FD8F211" w:rsidR="0077255F" w:rsidRPr="009C29B4" w:rsidRDefault="0077255F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7750" w:type="dxa"/>
          </w:tcPr>
          <w:p w14:paraId="143D301D" w14:textId="77777777" w:rsidR="0033195C" w:rsidRPr="009C29B4" w:rsidRDefault="0033195C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0B260A" w:rsidRPr="009C29B4" w14:paraId="43B47D48" w14:textId="77777777" w:rsidTr="000B260A">
        <w:tc>
          <w:tcPr>
            <w:tcW w:w="1670" w:type="dxa"/>
            <w:vMerge w:val="restart"/>
            <w:vAlign w:val="center"/>
          </w:tcPr>
          <w:p w14:paraId="43731EDC" w14:textId="28881E0B" w:rsidR="000B260A" w:rsidRPr="009C29B4" w:rsidRDefault="000B260A" w:rsidP="000B260A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Data &amp; Tools</w:t>
            </w:r>
          </w:p>
        </w:tc>
        <w:tc>
          <w:tcPr>
            <w:tcW w:w="5196" w:type="dxa"/>
          </w:tcPr>
          <w:p w14:paraId="1AC05ADF" w14:textId="77777777" w:rsidR="00E1028C" w:rsidRDefault="000B260A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br/>
            </w:r>
          </w:p>
          <w:p w14:paraId="6725E0D0" w14:textId="332E8566" w:rsidR="000B260A" w:rsidRDefault="000B260A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What data tracking are required?</w:t>
            </w:r>
            <w:r w:rsidRPr="009C29B4">
              <w:rPr>
                <w:rFonts w:ascii="Gill Sans Nova" w:hAnsi="Gill Sans Nova"/>
                <w:sz w:val="24"/>
                <w:szCs w:val="24"/>
              </w:rPr>
              <w:br/>
            </w:r>
          </w:p>
          <w:p w14:paraId="5B0813A9" w14:textId="623AEE5A" w:rsidR="00E1028C" w:rsidRPr="009C29B4" w:rsidRDefault="00E1028C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7750" w:type="dxa"/>
          </w:tcPr>
          <w:p w14:paraId="5FE733A0" w14:textId="77777777" w:rsidR="000B260A" w:rsidRPr="009C29B4" w:rsidRDefault="000B260A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0B260A" w:rsidRPr="009C29B4" w14:paraId="2EB1C5A2" w14:textId="77777777" w:rsidTr="000B260A">
        <w:tc>
          <w:tcPr>
            <w:tcW w:w="1670" w:type="dxa"/>
            <w:vMerge/>
            <w:vAlign w:val="center"/>
          </w:tcPr>
          <w:p w14:paraId="6690B1F8" w14:textId="77777777" w:rsidR="000B260A" w:rsidRPr="009C29B4" w:rsidRDefault="000B260A" w:rsidP="000B260A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</w:tcPr>
          <w:p w14:paraId="3185873E" w14:textId="77777777" w:rsidR="00E1028C" w:rsidRDefault="00E1028C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13E51B9A" w14:textId="5760A422" w:rsidR="000B260A" w:rsidRDefault="000B260A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Are there specific tools (forms or systems) we will need to use?</w:t>
            </w:r>
          </w:p>
          <w:p w14:paraId="58086829" w14:textId="09D6EBA2" w:rsidR="00E1028C" w:rsidRPr="009C29B4" w:rsidRDefault="00E1028C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7750" w:type="dxa"/>
          </w:tcPr>
          <w:p w14:paraId="5590CA67" w14:textId="77777777" w:rsidR="000B260A" w:rsidRPr="009C29B4" w:rsidRDefault="000B260A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A7791C" w:rsidRPr="009C29B4" w14:paraId="03E0775F" w14:textId="77777777" w:rsidTr="00A7791C">
        <w:trPr>
          <w:trHeight w:val="418"/>
        </w:trPr>
        <w:tc>
          <w:tcPr>
            <w:tcW w:w="1670" w:type="dxa"/>
            <w:vMerge w:val="restart"/>
            <w:vAlign w:val="center"/>
          </w:tcPr>
          <w:p w14:paraId="40644870" w14:textId="213F8E0A" w:rsidR="00A7791C" w:rsidRPr="009C29B4" w:rsidRDefault="00A7791C" w:rsidP="00A7791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Funding</w:t>
            </w:r>
          </w:p>
        </w:tc>
        <w:tc>
          <w:tcPr>
            <w:tcW w:w="5196" w:type="dxa"/>
          </w:tcPr>
          <w:p w14:paraId="66850B5D" w14:textId="0A9AEA0C" w:rsidR="00A7791C" w:rsidRPr="009C29B4" w:rsidRDefault="00A7791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br/>
              <w:t>Do you have an amount in mind for sub-grantees? Or do we need to provide one?</w:t>
            </w:r>
            <w:r w:rsidRPr="009C29B4">
              <w:rPr>
                <w:rFonts w:ascii="Gill Sans Nova" w:hAnsi="Gill Sans Nova"/>
                <w:sz w:val="24"/>
                <w:szCs w:val="24"/>
              </w:rPr>
              <w:br/>
            </w:r>
          </w:p>
        </w:tc>
        <w:tc>
          <w:tcPr>
            <w:tcW w:w="7750" w:type="dxa"/>
          </w:tcPr>
          <w:p w14:paraId="20DAC5BC" w14:textId="22350171" w:rsidR="00A7791C" w:rsidRPr="009C29B4" w:rsidRDefault="00A7791C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A7791C" w:rsidRPr="009C29B4" w14:paraId="035B0460" w14:textId="77777777" w:rsidTr="00A7791C">
        <w:trPr>
          <w:trHeight w:val="416"/>
        </w:trPr>
        <w:tc>
          <w:tcPr>
            <w:tcW w:w="1670" w:type="dxa"/>
            <w:vMerge/>
          </w:tcPr>
          <w:p w14:paraId="72ABA82F" w14:textId="77777777" w:rsidR="00A7791C" w:rsidRPr="009C29B4" w:rsidRDefault="00A7791C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</w:tcPr>
          <w:p w14:paraId="4BF7CF27" w14:textId="77777777" w:rsidR="003030FB" w:rsidRDefault="003030FB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2CDFB65D" w14:textId="482EF19C" w:rsidR="00A7791C" w:rsidRPr="009C29B4" w:rsidRDefault="00A7791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What matching or in-kind support is required for this grant?</w:t>
            </w:r>
            <w:r w:rsidRPr="009C29B4">
              <w:rPr>
                <w:rFonts w:ascii="Gill Sans Nova" w:hAnsi="Gill Sans Nova"/>
                <w:sz w:val="24"/>
                <w:szCs w:val="24"/>
              </w:rPr>
              <w:br/>
            </w:r>
          </w:p>
        </w:tc>
        <w:tc>
          <w:tcPr>
            <w:tcW w:w="7750" w:type="dxa"/>
          </w:tcPr>
          <w:p w14:paraId="3E5FFC33" w14:textId="29F4BC12" w:rsidR="00A7791C" w:rsidRPr="009C29B4" w:rsidRDefault="00A7791C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A7791C" w:rsidRPr="009C29B4" w14:paraId="72AECF36" w14:textId="77777777" w:rsidTr="000B260A">
        <w:trPr>
          <w:trHeight w:val="1016"/>
        </w:trPr>
        <w:tc>
          <w:tcPr>
            <w:tcW w:w="1670" w:type="dxa"/>
            <w:vMerge/>
          </w:tcPr>
          <w:p w14:paraId="55C3942A" w14:textId="77777777" w:rsidR="00A7791C" w:rsidRPr="009C29B4" w:rsidRDefault="00A7791C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</w:tcPr>
          <w:p w14:paraId="5EDC6581" w14:textId="77777777" w:rsidR="003030FB" w:rsidRDefault="003030FB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3A2794D9" w14:textId="3C9FF08F" w:rsidR="00A7791C" w:rsidRPr="009C29B4" w:rsidRDefault="00A7791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What are sub-grantees responsible for?</w:t>
            </w:r>
          </w:p>
        </w:tc>
        <w:tc>
          <w:tcPr>
            <w:tcW w:w="7750" w:type="dxa"/>
          </w:tcPr>
          <w:p w14:paraId="4B17FF6D" w14:textId="3E64C007" w:rsidR="00A7791C" w:rsidRPr="009C29B4" w:rsidRDefault="00A7791C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33195C" w:rsidRPr="009C29B4" w14:paraId="1F17B150" w14:textId="77777777" w:rsidTr="0069090C">
        <w:tc>
          <w:tcPr>
            <w:tcW w:w="1670" w:type="dxa"/>
            <w:vAlign w:val="center"/>
          </w:tcPr>
          <w:p w14:paraId="5E89C2F2" w14:textId="1A19F141" w:rsidR="0033195C" w:rsidRPr="009C29B4" w:rsidRDefault="00C3218E" w:rsidP="0069090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Sustainability</w:t>
            </w:r>
          </w:p>
        </w:tc>
        <w:tc>
          <w:tcPr>
            <w:tcW w:w="5196" w:type="dxa"/>
          </w:tcPr>
          <w:p w14:paraId="7776D69D" w14:textId="77777777" w:rsidR="0033195C" w:rsidRDefault="0033195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br/>
              <w:t>What is the plan for long-term sustainability for this program?</w:t>
            </w:r>
          </w:p>
          <w:p w14:paraId="55502238" w14:textId="2E3B63B1" w:rsidR="00E1028C" w:rsidRPr="009C29B4" w:rsidRDefault="00E1028C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7750" w:type="dxa"/>
          </w:tcPr>
          <w:p w14:paraId="7E3DACB6" w14:textId="77777777" w:rsidR="0033195C" w:rsidRPr="009C29B4" w:rsidRDefault="0033195C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33195C" w:rsidRPr="009C29B4" w14:paraId="165EF954" w14:textId="77777777" w:rsidTr="0069090C">
        <w:tc>
          <w:tcPr>
            <w:tcW w:w="1670" w:type="dxa"/>
            <w:vAlign w:val="center"/>
          </w:tcPr>
          <w:p w14:paraId="33667765" w14:textId="77777777" w:rsidR="002F2930" w:rsidRPr="009C29B4" w:rsidRDefault="002F2930" w:rsidP="0069090C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577AD62D" w14:textId="77777777" w:rsidR="00F3087C" w:rsidRDefault="00F3087C" w:rsidP="0069090C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6192C129" w14:textId="1E3E4F74" w:rsidR="0033195C" w:rsidRPr="009C29B4" w:rsidRDefault="002F2930" w:rsidP="0069090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Timeline</w:t>
            </w:r>
          </w:p>
          <w:p w14:paraId="38E6B109" w14:textId="77777777" w:rsidR="002F2930" w:rsidRPr="009C29B4" w:rsidRDefault="002F2930" w:rsidP="0069090C">
            <w:pPr>
              <w:rPr>
                <w:rFonts w:ascii="Gill Sans Nova" w:hAnsi="Gill Sans Nova"/>
                <w:sz w:val="24"/>
                <w:szCs w:val="24"/>
              </w:rPr>
            </w:pPr>
          </w:p>
          <w:p w14:paraId="7569868D" w14:textId="65BA33EA" w:rsidR="002F2930" w:rsidRPr="009C29B4" w:rsidRDefault="002F2930" w:rsidP="0069090C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5196" w:type="dxa"/>
          </w:tcPr>
          <w:p w14:paraId="67039523" w14:textId="77777777" w:rsidR="00F3087C" w:rsidRDefault="002F2930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 xml:space="preserve"> </w:t>
            </w:r>
            <w:r w:rsidR="0033195C" w:rsidRPr="009C29B4">
              <w:rPr>
                <w:rFonts w:ascii="Gill Sans Nova" w:hAnsi="Gill Sans Nova"/>
                <w:sz w:val="24"/>
                <w:szCs w:val="24"/>
              </w:rPr>
              <w:br/>
            </w:r>
          </w:p>
          <w:p w14:paraId="6AFA12D1" w14:textId="1E776FAA" w:rsidR="0033195C" w:rsidRPr="009C29B4" w:rsidRDefault="0033195C">
            <w:pPr>
              <w:rPr>
                <w:rFonts w:ascii="Gill Sans Nova" w:hAnsi="Gill Sans Nova"/>
                <w:sz w:val="24"/>
                <w:szCs w:val="24"/>
              </w:rPr>
            </w:pPr>
            <w:r w:rsidRPr="009C29B4">
              <w:rPr>
                <w:rFonts w:ascii="Gill Sans Nova" w:hAnsi="Gill Sans Nova"/>
                <w:sz w:val="24"/>
                <w:szCs w:val="24"/>
              </w:rPr>
              <w:t>What is the final deadline to commit?</w:t>
            </w:r>
          </w:p>
        </w:tc>
        <w:tc>
          <w:tcPr>
            <w:tcW w:w="7750" w:type="dxa"/>
          </w:tcPr>
          <w:p w14:paraId="16B0C414" w14:textId="77777777" w:rsidR="0033195C" w:rsidRPr="009C29B4" w:rsidRDefault="0033195C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  <w:tr w:rsidR="005B773E" w:rsidRPr="009C29B4" w14:paraId="705468F6" w14:textId="77777777" w:rsidTr="005B773E">
        <w:trPr>
          <w:trHeight w:val="2294"/>
        </w:trPr>
        <w:tc>
          <w:tcPr>
            <w:tcW w:w="1670" w:type="dxa"/>
            <w:vAlign w:val="center"/>
          </w:tcPr>
          <w:p w14:paraId="080B16AC" w14:textId="2D35A051" w:rsidR="005B773E" w:rsidRPr="009C29B4" w:rsidRDefault="005B773E" w:rsidP="0069090C">
            <w:pPr>
              <w:rPr>
                <w:rFonts w:ascii="Gill Sans Nova" w:hAnsi="Gill Sans Nova"/>
                <w:sz w:val="24"/>
                <w:szCs w:val="24"/>
              </w:rPr>
            </w:pPr>
            <w:r>
              <w:rPr>
                <w:rFonts w:ascii="Gill Sans Nova" w:hAnsi="Gill Sans Nova"/>
                <w:sz w:val="24"/>
                <w:szCs w:val="24"/>
              </w:rPr>
              <w:t>Other Questions</w:t>
            </w:r>
            <w:r w:rsidR="00366E4D">
              <w:rPr>
                <w:rFonts w:ascii="Gill Sans Nova" w:hAnsi="Gill Sans Nova"/>
                <w:sz w:val="24"/>
                <w:szCs w:val="24"/>
              </w:rPr>
              <w:t xml:space="preserve"> (Use this space to add your own questions)</w:t>
            </w:r>
          </w:p>
        </w:tc>
        <w:tc>
          <w:tcPr>
            <w:tcW w:w="5196" w:type="dxa"/>
          </w:tcPr>
          <w:p w14:paraId="2C717EDB" w14:textId="77777777" w:rsidR="005B773E" w:rsidRPr="009C29B4" w:rsidRDefault="005B773E">
            <w:pPr>
              <w:rPr>
                <w:rFonts w:ascii="Gill Sans Nova" w:hAnsi="Gill Sans Nova"/>
                <w:sz w:val="24"/>
                <w:szCs w:val="24"/>
              </w:rPr>
            </w:pPr>
          </w:p>
        </w:tc>
        <w:tc>
          <w:tcPr>
            <w:tcW w:w="7750" w:type="dxa"/>
          </w:tcPr>
          <w:p w14:paraId="191C5E25" w14:textId="77777777" w:rsidR="005B773E" w:rsidRPr="009C29B4" w:rsidRDefault="005B773E">
            <w:pPr>
              <w:rPr>
                <w:rFonts w:ascii="Gill Sans Nova" w:hAnsi="Gill Sans Nova"/>
                <w:sz w:val="24"/>
                <w:szCs w:val="24"/>
              </w:rPr>
            </w:pPr>
          </w:p>
        </w:tc>
      </w:tr>
    </w:tbl>
    <w:p w14:paraId="1A38D001" w14:textId="77777777" w:rsidR="00D07D76" w:rsidRDefault="00D07D76"/>
    <w:sectPr w:rsidR="00D07D76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657C19"/>
    <w:multiLevelType w:val="hybridMultilevel"/>
    <w:tmpl w:val="5B80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B5C33"/>
    <w:multiLevelType w:val="hybridMultilevel"/>
    <w:tmpl w:val="767CD1B8"/>
    <w:lvl w:ilvl="0" w:tplc="B798D18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15F9F"/>
    <w:multiLevelType w:val="hybridMultilevel"/>
    <w:tmpl w:val="3DDA2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CE1265"/>
    <w:multiLevelType w:val="hybridMultilevel"/>
    <w:tmpl w:val="031A3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77759">
    <w:abstractNumId w:val="8"/>
  </w:num>
  <w:num w:numId="2" w16cid:durableId="103421958">
    <w:abstractNumId w:val="6"/>
  </w:num>
  <w:num w:numId="3" w16cid:durableId="1413703070">
    <w:abstractNumId w:val="5"/>
  </w:num>
  <w:num w:numId="4" w16cid:durableId="786702571">
    <w:abstractNumId w:val="4"/>
  </w:num>
  <w:num w:numId="5" w16cid:durableId="159463366">
    <w:abstractNumId w:val="7"/>
  </w:num>
  <w:num w:numId="6" w16cid:durableId="1291597134">
    <w:abstractNumId w:val="3"/>
  </w:num>
  <w:num w:numId="7" w16cid:durableId="622231196">
    <w:abstractNumId w:val="2"/>
  </w:num>
  <w:num w:numId="8" w16cid:durableId="1888490513">
    <w:abstractNumId w:val="1"/>
  </w:num>
  <w:num w:numId="9" w16cid:durableId="433794354">
    <w:abstractNumId w:val="0"/>
  </w:num>
  <w:num w:numId="10" w16cid:durableId="1552813219">
    <w:abstractNumId w:val="9"/>
  </w:num>
  <w:num w:numId="11" w16cid:durableId="1597328516">
    <w:abstractNumId w:val="11"/>
  </w:num>
  <w:num w:numId="12" w16cid:durableId="1528446919">
    <w:abstractNumId w:val="12"/>
  </w:num>
  <w:num w:numId="13" w16cid:durableId="13822435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60A"/>
    <w:rsid w:val="0015074B"/>
    <w:rsid w:val="00184E51"/>
    <w:rsid w:val="0020627A"/>
    <w:rsid w:val="0029639D"/>
    <w:rsid w:val="002F2930"/>
    <w:rsid w:val="003030FB"/>
    <w:rsid w:val="003246F3"/>
    <w:rsid w:val="00326F90"/>
    <w:rsid w:val="0033195C"/>
    <w:rsid w:val="00365569"/>
    <w:rsid w:val="00366E4D"/>
    <w:rsid w:val="00495FD7"/>
    <w:rsid w:val="005B773E"/>
    <w:rsid w:val="005F5B72"/>
    <w:rsid w:val="0069090C"/>
    <w:rsid w:val="006F54AE"/>
    <w:rsid w:val="007377EC"/>
    <w:rsid w:val="0077255F"/>
    <w:rsid w:val="007740FB"/>
    <w:rsid w:val="007D4ECC"/>
    <w:rsid w:val="008568BD"/>
    <w:rsid w:val="00893933"/>
    <w:rsid w:val="008A1721"/>
    <w:rsid w:val="008D5EF7"/>
    <w:rsid w:val="008F28AA"/>
    <w:rsid w:val="009C29B4"/>
    <w:rsid w:val="00A52349"/>
    <w:rsid w:val="00A7791C"/>
    <w:rsid w:val="00AA1D8D"/>
    <w:rsid w:val="00AA7335"/>
    <w:rsid w:val="00B33688"/>
    <w:rsid w:val="00B47730"/>
    <w:rsid w:val="00B974D0"/>
    <w:rsid w:val="00BA3DD7"/>
    <w:rsid w:val="00C3218E"/>
    <w:rsid w:val="00C64908"/>
    <w:rsid w:val="00CA45E5"/>
    <w:rsid w:val="00CB0664"/>
    <w:rsid w:val="00D07D76"/>
    <w:rsid w:val="00D33E82"/>
    <w:rsid w:val="00E1028C"/>
    <w:rsid w:val="00E17407"/>
    <w:rsid w:val="00F05CD5"/>
    <w:rsid w:val="00F308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5C83766-80AA-479E-903C-DC61F99A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b113de8-81c0-4818-997e-c5bde8182ec7" xsi:nil="true"/>
    <_ip_UnifiedCompliancePolicyProperties xmlns="http://schemas.microsoft.com/sharepoint/v3" xsi:nil="true"/>
    <Status xmlns="7ca73d17-cdf2-409e-ba55-4bcb6fab2978" xsi:nil="true"/>
    <lcf76f155ced4ddcb4097134ff3c332f xmlns="7ca73d17-cdf2-409e-ba55-4bcb6fab2978">
      <Terms xmlns="http://schemas.microsoft.com/office/infopath/2007/PartnerControls"/>
    </lcf76f155ced4ddcb4097134ff3c332f>
    <Notes xmlns="7ca73d17-cdf2-409e-ba55-4bcb6fab2978" xsi:nil="true"/>
    <Comments_x002f_Notes xmlns="7ca73d17-cdf2-409e-ba55-4bcb6fab29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91AF796A43D4E878ECB15F01B6F9C" ma:contentTypeVersion="24" ma:contentTypeDescription="Create a new document." ma:contentTypeScope="" ma:versionID="b4e6965bd1a0a5cbc145d9453d560070">
  <xsd:schema xmlns:xsd="http://www.w3.org/2001/XMLSchema" xmlns:xs="http://www.w3.org/2001/XMLSchema" xmlns:p="http://schemas.microsoft.com/office/2006/metadata/properties" xmlns:ns1="http://schemas.microsoft.com/sharepoint/v3" xmlns:ns2="7ca73d17-cdf2-409e-ba55-4bcb6fab2978" xmlns:ns3="2b113de8-81c0-4818-997e-c5bde8182ec7" targetNamespace="http://schemas.microsoft.com/office/2006/metadata/properties" ma:root="true" ma:fieldsID="df42278cfc970fe7b9e19f8fa5c07381" ns1:_="" ns2:_="" ns3:_="">
    <xsd:import namespace="http://schemas.microsoft.com/sharepoint/v3"/>
    <xsd:import namespace="7ca73d17-cdf2-409e-ba55-4bcb6fab2978"/>
    <xsd:import namespace="2b113de8-81c0-4818-997e-c5bde8182e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Statu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Notes" minOccurs="0"/>
                <xsd:element ref="ns2:Comments_x002f_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73d17-cdf2-409e-ba55-4bcb6fab2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Status" ma:index="14" nillable="true" ma:displayName="Status" ma:internalName="Status">
      <xsd:simpleType>
        <xsd:restriction base="dms:Text">
          <xsd:maxLength value="255"/>
        </xsd:restriction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efd718c-6143-48a7-88da-4051a5bd43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3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omments_x002f_Notes" ma:index="31" nillable="true" ma:displayName="Comments/Notes" ma:format="Dropdown" ma:internalName="Comments_x002f_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13de8-81c0-4818-997e-c5bde8182ec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de24a20-52b9-4e3a-8dc8-1764ad6aea1a}" ma:internalName="TaxCatchAll" ma:showField="CatchAllData" ma:web="2b113de8-81c0-4818-997e-c5bde8182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70CFD2-1769-4009-A07A-0D1A07DEC2B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113de8-81c0-4818-997e-c5bde8182ec7"/>
    <ds:schemaRef ds:uri="7ca73d17-cdf2-409e-ba55-4bcb6fab2978"/>
  </ds:schemaRefs>
</ds:datastoreItem>
</file>

<file path=customXml/itemProps2.xml><?xml version="1.0" encoding="utf-8"?>
<ds:datastoreItem xmlns:ds="http://schemas.openxmlformats.org/officeDocument/2006/customXml" ds:itemID="{9D1E341F-4239-4E88-9466-0AB227B04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28661-AF2F-48A5-91DB-F10F0540F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a73d17-cdf2-409e-ba55-4bcb6fab2978"/>
    <ds:schemaRef ds:uri="2b113de8-81c0-4818-997e-c5bde8182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Kristin Shaffer</cp:lastModifiedBy>
  <cp:revision>36</cp:revision>
  <dcterms:created xsi:type="dcterms:W3CDTF">2013-12-23T23:15:00Z</dcterms:created>
  <dcterms:modified xsi:type="dcterms:W3CDTF">2026-08-20T21:06:00Z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0x01010078591AF796A43D4E878ECB15F01B6F9C</vt:lpwstr>
  </property>
  <property fmtid="{D5CDD505-2E9C-101B-9397-08002B2CF9AE}" pid="3" name="MediaServiceImageTags">
    <vt:lpwstr/>
  </property>
</Properties>
</file>